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מבוא להיסטוריה וימי הביניים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בלימוד ההיסטוריה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מתי ולמה התקופה נקראת ימי הביניים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ראשית הנצרות וסימניה העיקריים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חקר העבר של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העת העתיקה לעת החדשה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היהדות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תעודה או חפץ מהעבר שמספרים לנו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מוסד דתי מרכזי בנצרות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כדי להבין את סדר האירועים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ימי הביניים נמשכו כאלף שנה בערך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נלמד על ראשית הנצרות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שני הסוגים משמשים כמקורות היסטוריים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האימפריה הרומית השפיעה רבות על התרבות באירופה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תפקידו של ההיסטוריון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ימי הביניים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מקור היסטורי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כנסייה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ציר 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(חקר העבר של האדם)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(תקופה בין העת העתיקה לעת החדשה)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(תעודה או חפץ מהעבר)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(דת שצמחה מתוך היהדות)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(מוסד דתי מרכזי בנצרות)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התקופה העתיקה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ראשית הנצרות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תקופת האימפריה הרומית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ימי הביניים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יסביר שהבנת העבר עוזרת להבין את ההווה, ושתקופת ימי הביניים והנצרות השפיעו על התרבות המערבית עד היום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שמזכירה את הזמן שבין העת העתיקה לעת החדשה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להגדרה נכונה עם דוגמה כמו מסמך או חפץ עתיק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לתשובה: היהדות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בדף כהכנה למבחן או כחזרה לאחר הלימוד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את כרטיסי המושגים לצד הדף לתרגול נוסף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לקבוצות ולתרגל את חלק ההתאמה בעל 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מבוא להיסטוריה וימי הביניים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תרגילים קצרים על היסטוריה, על ימי הביניים ועל תחילת הנצרות.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תקופה היסטורית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ארוך עם מאפיינים משותפים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ימי הביניים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התקופה בין העת העתיקה לעת החדשה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מקור היסטורי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תעודה או חפץ שמספרים לנו על העבר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נצרות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דת שהחלה מתוך היהדות לפני כ-2000 שנה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אימפריה רומית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ממלכה גדולה ששלטה באירופה ובאגן הים התיכון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כנסייה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מוסד דתי מרכזי בנצרות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ציר זמן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שמראה מתי קרו אירועים בסדר כרונולוגי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תקופה עתיקה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הזמן שלפני ימי הביניים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היסטוריה?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חקר העבר של האדם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חיזוי העתיד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מדע הטבע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לימוד שפות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זה ימי הביניים?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העת העתיקה לעת החדשה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לפני ואחרי המצאת הכתב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מלחמת העולם הראשונה לשנייה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תקופת האבן לתקופת הברזל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מאיזו דת צמחה הנצרות?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היהדות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האסלאם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הבודהיזם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ההינדואיזם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מקור היסטורי?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תעודה או חפץ מהעבר שמספרים לנו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 בדיוני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סרט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חדשות מהיום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זו כנסייה?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מוסד דתי מרכזי בנצרות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ספר עתיק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שוק מסחרי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ארמון מלכותי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צריך ציר 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להבין את סדר האירועים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לצייר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לשנן שמות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לא חשוב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ימי הביניים הם תקופה קצרה של עשר שנים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הנצרות החלה לפני כ-2000 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מקור היסטורי יכול להיות גם חפץ עתיק וגם מסמך כתוב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האימפריה הרומית לא השפיעה כלל על אירופה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היסטוריון הוא אדם שחוקר את העבר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התקופה שבין העת העתיקה לעת החדשה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תעודה או חפץ מהעבר שמלמד אותנו עליו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הדת שהחלה מתוך היהדות לפני כ-2000 שנה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המוסד הדתי המרכזי בנצרות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קו שמראה מתי קרו אירועים בסדר כרונולוגי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היסטוריה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דת שצמחה מתוך היהדות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ימי הביניים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מוסד דתי מרכזי בנצרות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מקור היסטורי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חקר העבר של האדם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נצרות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תעודה או חפץ מהעבר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כנסייה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תקופה בין העת העתיקה לעת החדשה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ראשית הנצרות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התקופה העתיקה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ימי הביניים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תקופת האימפריה הרומית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חשוב ללמוד על ימי הביניים ועל ראשית הנצרות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התקופה ההיסטורית שנקראת ימי הביניים?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מקור היסטורי ותנו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מאיזו דת צמחה הנצרות?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מבוא להיסטוריה וימי הביניים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